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50 Effective AI Prompts for Teachers</w:t>
      </w:r>
    </w:p>
    <w:p>
      <w:r>
        <w:rPr>
          <w:b/>
          <w:color w:val="116B72"/>
          <w:sz w:val="26"/>
        </w:rPr>
        <w:t>Back in the Room Education · AI &amp; Digital Learning Hub</w:t>
      </w:r>
    </w:p>
    <w:p>
      <w:r>
        <w:t>Complete, copyable prompt library with the five safety rules. Replace every [square-bracket placeholder] before use.</w:t>
      </w:r>
    </w:p>
    <w:p/>
    <w:p>
      <w:pPr>
        <w:pStyle w:val="Heading2"/>
      </w:pPr>
      <w:r>
        <w:t>The five rules</w:t>
      </w:r>
    </w:p>
    <w:p>
      <w:pPr>
        <w:pStyle w:val="ListNumber"/>
      </w:pPr>
      <w:r>
        <w:t>No identifiable learner data — never paste names, contacts or anything that could identify a learner.</w:t>
      </w:r>
    </w:p>
    <w:p>
      <w:pPr>
        <w:pStyle w:val="ListNumber"/>
      </w:pPr>
      <w:r>
        <w:t>Use organisation-approved tools only.</w:t>
      </w:r>
    </w:p>
    <w:p>
      <w:pPr>
        <w:pStyle w:val="ListNumber"/>
      </w:pPr>
      <w:r>
        <w:t>Check every output before it reaches a learner.</w:t>
      </w:r>
    </w:p>
    <w:p>
      <w:pPr>
        <w:pStyle w:val="ListNumber"/>
      </w:pPr>
      <w:r>
        <w:t>Keep the original full-level resource available.</w:t>
      </w:r>
    </w:p>
    <w:p>
      <w:pPr>
        <w:pStyle w:val="ListNumber"/>
      </w:pPr>
      <w:r>
        <w:t>Check assessment and awarding-body rules where work is assessed.</w:t>
      </w:r>
    </w:p>
    <w:p>
      <w:r>
        <w:t>A strong prompt names six things: role, task, context, constraints, format and a check. Replace every [square-bracket placeholder] before you press Enter.</w:t>
      </w:r>
    </w:p>
    <w:p/>
    <w:p>
      <w:pPr>
        <w:pStyle w:val="Heading2"/>
      </w:pPr>
      <w:r>
        <w:t>Lesson planning</w:t>
      </w:r>
    </w:p>
    <w:p>
      <w:pPr>
        <w:pStyle w:val="Heading3"/>
      </w:pPr>
      <w:r>
        <w:t>Prompt 1 · Full lesson plan</w:t>
      </w:r>
    </w:p>
    <w:p>
      <w:r>
        <w:t>Suggested for: Any level · Expect: A structured lesson plan you adapt and resource</w:t>
      </w:r>
    </w:p>
    <w:p>
      <w:r>
        <w:t>Act as an experienced [subject] teacher. Draft a [duration]-minute lesson plan for [level] learners on [topic]. Include a starter, teacher input, a practical task, a plenary and one assessment question. List the resources I would need.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2 · Five topic introductions</w:t>
      </w:r>
    </w:p>
    <w:p>
      <w:r>
        <w:t>Suggested for: Any level · Expect: Five options, most hands-on to most discussion-based</w:t>
      </w:r>
    </w:p>
    <w:p>
      <w:r>
        <w:t>Suggest five different ways to introduce [topic] to [level] learners, from most hands-on to most discussion-based. Give a one-sentence description of each.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3 · Six-week unit breakdown</w:t>
      </w:r>
    </w:p>
    <w:p>
      <w:r>
        <w:t>Suggested for: Any level · Expect: Weekly lessons with one clear outcome each</w:t>
      </w:r>
    </w:p>
    <w:p>
      <w:r>
        <w:t>Break this scheme-of-work unit into six weekly lessons with a clear learning outcome for each: [unit outline].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4 · Thirty-minute consolidation</w:t>
      </w:r>
    </w:p>
    <w:p>
      <w:r>
        <w:t>Suggested for: Any level · Expect: Three zero-preparation activities</w:t>
      </w:r>
    </w:p>
    <w:p>
      <w:r>
        <w:t>I have 30 minutes of class time left on [topic]. Suggest three activities that consolidate learning with no preparation.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5 · Non-specialist cover lesson</w:t>
      </w:r>
    </w:p>
    <w:p>
      <w:r>
        <w:t>Suggested for: Any level · Expect: A cover lesson a non-specialist can deliver</w:t>
      </w:r>
    </w:p>
    <w:p>
      <w:r>
        <w:t>Create a cover lesson for a non-specialist on [topic], including clear instructions, a timed plan and answers.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6 · Learner-friendly outcomes</w:t>
      </w:r>
    </w:p>
    <w:p>
      <w:r>
        <w:t>Suggested for: Any level · Expect: “I can” statements learners understand</w:t>
      </w:r>
    </w:p>
    <w:p>
      <w:r>
        <w:t>Turn this learning outcome into learner-friendly "I can" statements: [learning outcome].</w:t>
      </w:r>
    </w:p>
    <w:p>
      <w:r>
        <w:t>Check before use: verify facts, level and tone. Never enter identifiable learner data.</w:t>
      </w:r>
    </w:p>
    <w:p>
      <w:pPr>
        <w:pStyle w:val="Heading2"/>
      </w:pPr>
      <w:r>
        <w:t>Differentiation &amp; scaffolding</w:t>
      </w:r>
    </w:p>
    <w:p>
      <w:pPr>
        <w:pStyle w:val="Heading3"/>
      </w:pPr>
      <w:r>
        <w:t>Prompt 7 · Adjust reading level</w:t>
      </w:r>
    </w:p>
    <w:p>
      <w:r>
        <w:t>Suggested for: Entry Level – Level 2 · Expect: Same content, accessible reading level + glossary</w:t>
      </w:r>
    </w:p>
    <w:p>
      <w:r>
        <w:t>Rewrite this text at a reading level suitable for [level or age]. Keep all key subject vocabulary and add a short glossary. [text]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8 · Support / core / stretch</w:t>
      </w:r>
    </w:p>
    <w:p>
      <w:r>
        <w:t>Suggested for: Any level · Expect: One task at three levels of scaffolding</w:t>
      </w:r>
    </w:p>
    <w:p>
      <w:r>
        <w:t>Create a three-level version of this task: support, core and stretch. Same learning outcome, different scaffolding. [task]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9 · Writing frame</w:t>
      </w:r>
    </w:p>
    <w:p>
      <w:r>
        <w:t>Suggested for: Any level · Expect: Sentence starters and a structured frame</w:t>
      </w:r>
    </w:p>
    <w:p>
      <w:r>
        <w:t>Add sentence starters and a writing frame to this extended-writing task: [task].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10 · Reduce cognitive load</w:t>
      </w:r>
    </w:p>
    <w:p>
      <w:r>
        <w:t>Suggested for: Any level · Expect: Same expectations, less load</w:t>
      </w:r>
    </w:p>
    <w:p>
      <w:r>
        <w:t>Suggest five ways to reduce the cognitive load of this activity without lowering expectations: [activity].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11 · Worked → faded → blank example</w:t>
      </w:r>
    </w:p>
    <w:p>
      <w:r>
        <w:t>Suggested for: Any level · Expect: A fading-practice sequence</w:t>
      </w:r>
    </w:p>
    <w:p>
      <w:r>
        <w:t>Produce a step-by-step worked example for this problem, then a similar problem with half the steps filled in, then a blank one: [problem].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12 · Misconceptions and checks</w:t>
      </w:r>
    </w:p>
    <w:p>
      <w:r>
        <w:t>Suggested for: Any level · Expect: Misconception list with a quick check question each</w:t>
      </w:r>
    </w:p>
    <w:p>
      <w:r>
        <w:t>List common misconceptions learners have about [topic] and one quick question to check each.</w:t>
      </w:r>
    </w:p>
    <w:p>
      <w:r>
        <w:t>Check before use: verify facts, level and tone. Never enter identifiable learner data.</w:t>
      </w:r>
    </w:p>
    <w:p>
      <w:pPr>
        <w:pStyle w:val="Heading2"/>
      </w:pPr>
      <w:r>
        <w:t>Assessment &amp; feedback</w:t>
      </w:r>
    </w:p>
    <w:p>
      <w:pPr>
        <w:pStyle w:val="Heading3"/>
      </w:pPr>
      <w:r>
        <w:t>Prompt 13 · Multiple-choice questions</w:t>
      </w:r>
    </w:p>
    <w:p>
      <w:r>
        <w:t>Suggested for: Any level · Expect: 10 MCQs with plausible distractors and a key</w:t>
      </w:r>
    </w:p>
    <w:p>
      <w:r>
        <w:t>Write 10 multiple-choice questions on [topic] with plausible wrong answers and an answer key. Flag anything to verify.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14 · Marking checklist</w:t>
      </w:r>
    </w:p>
    <w:p>
      <w:r>
        <w:t>Suggested for: Any level · Expect: A plain-English checklist aligned to your criteria</w:t>
      </w:r>
    </w:p>
    <w:p>
      <w:r>
        <w:t>Create a simple marking checklist for this task using plain English, aligned to these criteria: [criteria].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15 · Draft feedback</w:t>
      </w:r>
    </w:p>
    <w:p>
      <w:r>
        <w:t>Suggested for: Any level · Expect: Three-part feedback you edit before use</w:t>
      </w:r>
    </w:p>
    <w:p>
      <w:r>
        <w:t>Draft feedback in three parts (done well, missing, next steps) using only these criteria and this anonymous extract: [criteria and extract].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16 · Low-stakes checks</w:t>
      </w:r>
    </w:p>
    <w:p>
      <w:r>
        <w:t>Suggested for: Any level · Expect: Five in-lesson checks needing no marking</w:t>
      </w:r>
    </w:p>
    <w:p>
      <w:r>
        <w:t>Suggest five low-stakes ways to check understanding during a lesson on [topic] that need no marking.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17 · Learner self-assessment</w:t>
      </w:r>
    </w:p>
    <w:p>
      <w:r>
        <w:t>Suggested for: Any level · Expect: A confidence-rating sheet with a reflection question</w:t>
      </w:r>
    </w:p>
    <w:p>
      <w:r>
        <w:t>Write a self-assessment sheet for learners to rate their confidence on each outcome in [unit], with one reflective question.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18 · Alternative evidence ideas</w:t>
      </w:r>
    </w:p>
    <w:p>
      <w:r>
        <w:t>Suggested for: Any level · Expect: Ways to show learning other than writing</w:t>
      </w:r>
    </w:p>
    <w:p>
      <w:r>
        <w:t>Suggest ways learners could show what they know about [topic] other than a written answer.</w:t>
      </w:r>
    </w:p>
    <w:p>
      <w:r>
        <w:t>Check before use: verify facts, level and tone. Never enter identifiable learner data.</w:t>
      </w:r>
    </w:p>
    <w:p>
      <w:pPr>
        <w:pStyle w:val="Heading2"/>
      </w:pPr>
      <w:r>
        <w:t>Inclusive &amp; accessible resources</w:t>
      </w:r>
    </w:p>
    <w:p>
      <w:pPr>
        <w:pStyle w:val="Heading3"/>
      </w:pPr>
      <w:r>
        <w:t>Prompt 19 · Short numbered instructions</w:t>
      </w:r>
    </w:p>
    <w:p>
      <w:r>
        <w:t>Suggested for: Entry Level – Level 1 · Expect: One action per step, max 12 words each</w:t>
      </w:r>
    </w:p>
    <w:p>
      <w:r>
        <w:t>Rewrite these instructions as numbered steps, one action per step, maximum 12 words each, ending with what a finished task looks like: [instructions].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20 · Visual schedule</w:t>
      </w:r>
    </w:p>
    <w:p>
      <w:r>
        <w:t>Suggested for: Any level · Expect: A lesson schedule outline with icon ideas</w:t>
      </w:r>
    </w:p>
    <w:p>
      <w:r>
        <w:t>Create a text outline for a visual schedule for a [duration] lesson with [number] blocks. Suggest a simple icon idea for each block.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21 · Accessible adult handout</w:t>
      </w:r>
    </w:p>
    <w:p>
      <w:r>
        <w:t>Suggested for: Adult learners · Expect: Plain, dignified, well-structured handout</w:t>
      </w:r>
    </w:p>
    <w:p>
      <w:r>
        <w:t>Rewrite this handout using short paragraphs, clear headings and plain words. Keep it suitable for adult learners, not childish: [handout].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22 · Alternatives to sustained writing</w:t>
      </w:r>
    </w:p>
    <w:p>
      <w:r>
        <w:t>Suggested for: Any level · Expect: Adapted task keeping the same outcome</w:t>
      </w:r>
    </w:p>
    <w:p>
      <w:r>
        <w:t>Suggest ways to adapt this practical task for learners who find sustained writing difficult: [task].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23 · “Stuck” card</w:t>
      </w:r>
    </w:p>
    <w:p>
      <w:r>
        <w:t>Suggested for: Any level · Expect: Five steps before asking for help</w:t>
      </w:r>
    </w:p>
    <w:p>
      <w:r>
        <w:t>Create a "what to do if you get stuck" card for [subject] with five steps learners can follow before asking for help.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24 · Predictable lesson explanation</w:t>
      </w:r>
    </w:p>
    <w:p>
      <w:r>
        <w:t>Suggested for: Any level · Expect: A calm what-happens-when summary</w:t>
      </w:r>
    </w:p>
    <w:p>
      <w:r>
        <w:t>Draft a short, calm explanation of today’s lesson plan for learners who like to know what is happening and when: [plan].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25 · Low-stigma starting tools</w:t>
      </w:r>
    </w:p>
    <w:p>
      <w:r>
        <w:t>Suggested for: Any level · Expect: Tools and strategies offered to everyone</w:t>
      </w:r>
    </w:p>
    <w:p>
      <w:r>
        <w:t>Suggest tools and low-tech strategies to help learners who find it hard to start tasks, and explain how to offer them without singling anyone out.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26 · Accessible Word checklist</w:t>
      </w:r>
    </w:p>
    <w:p>
      <w:r>
        <w:t>Suggested for: Staff · Expect: A five-step plain-English checklist</w:t>
      </w:r>
    </w:p>
    <w:p>
      <w:r>
        <w:t>Give me a checklist for making a Word document accessible, in plain English, with five steps.</w:t>
      </w:r>
    </w:p>
    <w:p>
      <w:r>
        <w:t>Check before use: verify facts, level and tone. Never enter identifiable learner data.</w:t>
      </w:r>
    </w:p>
    <w:p>
      <w:pPr>
        <w:pStyle w:val="Heading2"/>
      </w:pPr>
      <w:r>
        <w:t>Learner AI literacy</w:t>
      </w:r>
    </w:p>
    <w:p>
      <w:pPr>
        <w:pStyle w:val="Heading3"/>
      </w:pPr>
      <w:r>
        <w:t>Prompt 27 · Compare AI and textbook</w:t>
      </w:r>
    </w:p>
    <w:p>
      <w:r>
        <w:t>Suggested for: Level 1+ · Expect: A 15-minute comparison activity</w:t>
      </w:r>
    </w:p>
    <w:p>
      <w:r>
        <w:t>Create a 15-minute activity where learners compare an AI-written answer on [topic] with a textbook answer and spot differences and errors.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28 · Fact-check the AI</w:t>
      </w:r>
    </w:p>
    <w:p>
      <w:r>
        <w:t>Suggested for: Level 1+ · Expect: An AI-style answer with three deliberate errors</w:t>
      </w:r>
    </w:p>
    <w:p>
      <w:r>
        <w:t>Design a "fact-check the AI" task: give me an AI-style answer on [topic] that contains three deliberate errors for learners to find.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29 · Coursework ethics discussion</w:t>
      </w:r>
    </w:p>
    <w:p>
      <w:r>
        <w:t>Suggested for: Level 1+ · Expect: A discussion starter on acceptable AI use</w:t>
      </w:r>
    </w:p>
    <w:p>
      <w:r>
        <w:t>Write a discussion starter on when it is and is not appropriate to use AI for coursework, suitable for [level].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30 · Improve weak prompts</w:t>
      </w:r>
    </w:p>
    <w:p>
      <w:r>
        <w:t>Suggested for: Level 1+ · Expect: A prompt-improvement exercise</w:t>
      </w:r>
    </w:p>
    <w:p>
      <w:r>
        <w:t>Create a prompt-improvement exercise: give three weak prompts on [topic] and ask learners to rewrite them to be clearer.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31 · Bias activity</w:t>
      </w:r>
    </w:p>
    <w:p>
      <w:r>
        <w:t>Suggested for: KS3+ (age-appropriate) · Expect: A safe bias-in-outputs activity</w:t>
      </w:r>
    </w:p>
    <w:p>
      <w:r>
        <w:t>Suggest a classroom activity about bias in AI outputs, with a safe example for [age group].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32 · Plain-English AI explainer</w:t>
      </w:r>
    </w:p>
    <w:p>
      <w:r>
        <w:t>Suggested for: Any level · Expect: A jargon-free learner-facing explanation</w:t>
      </w:r>
    </w:p>
    <w:p>
      <w:r>
        <w:t>Write a short, learner-friendly explanation of what AI can and cannot do, at reading level [level]. No jargon.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33 · AI-use reflection sheet</w:t>
      </w:r>
    </w:p>
    <w:p>
      <w:r>
        <w:t>Suggested for: Level 1+ · Expect: A learner reflection record</w:t>
      </w:r>
    </w:p>
    <w:p>
      <w:r>
        <w:t>Create a reflection sheet for learners to record how they used AI on a task and what they checked themselves.</w:t>
      </w:r>
    </w:p>
    <w:p>
      <w:r>
        <w:t>Check before use: verify facts, level and tone. Never enter identifiable learner data.</w:t>
      </w:r>
    </w:p>
    <w:p>
      <w:pPr>
        <w:pStyle w:val="Heading2"/>
      </w:pPr>
      <w:r>
        <w:t>Vocational &amp; employability</w:t>
      </w:r>
    </w:p>
    <w:p>
      <w:pPr>
        <w:pStyle w:val="Heading3"/>
      </w:pPr>
      <w:r>
        <w:t>Prompt 34 · Workplace scenario</w:t>
      </w:r>
    </w:p>
    <w:p>
      <w:r>
        <w:t>Suggested for: Vocational programmes · Expect: A realistic brief with success criteria</w:t>
      </w:r>
    </w:p>
    <w:p>
      <w:r>
        <w:t>Write a realistic workplace scenario for [vocational area] where learners must use [skill]. Include a brief, a task, and success criteria.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35 · Job links for Entry Level</w:t>
      </w:r>
    </w:p>
    <w:p>
      <w:r>
        <w:t>Suggested for: Entry Level · Expect: Five topic-to-jobs links</w:t>
      </w:r>
    </w:p>
    <w:p>
      <w:r>
        <w:t>Suggest five ways to link [topic] to real jobs in [industry] for Entry Level learners.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36 · Role-play</w:t>
      </w:r>
    </w:p>
    <w:p>
      <w:r>
        <w:t>Suggested for: Any vocational level · Expect: Role cards with discussion prompts</w:t>
      </w:r>
    </w:p>
    <w:p>
      <w:r>
        <w:t>Create a role-play for [situation] with a card for each role and three prompts for discussion.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37 · CV activity for returners</w:t>
      </w:r>
    </w:p>
    <w:p>
      <w:r>
        <w:t>Suggested for: Adult returners · Expect: A plain-language CV-building activity</w:t>
      </w:r>
    </w:p>
    <w:p>
      <w:r>
        <w:t>Draft a simple CV-building activity for adult learners returning to study, using plain language and no assumptions about previous work history.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38 · Interview practice</w:t>
      </w:r>
    </w:p>
    <w:p>
      <w:r>
        <w:t>Suggested for: Any vocational level · Expect: Five questions with strong-answer guidance</w:t>
      </w:r>
    </w:p>
    <w:p>
      <w:r>
        <w:t>Create a short interview practice sheet for [industry] with five questions and what a strong answer includes.</w:t>
      </w:r>
    </w:p>
    <w:p>
      <w:r>
        <w:t>Check before use: verify facts, level and tone. Never enter identifiable learner data.</w:t>
      </w:r>
    </w:p>
    <w:p>
      <w:pPr>
        <w:pStyle w:val="Heading2"/>
      </w:pPr>
      <w:r>
        <w:t>Workload &amp; communication</w:t>
      </w:r>
    </w:p>
    <w:p>
      <w:pPr>
        <w:pStyle w:val="Heading3"/>
      </w:pPr>
      <w:r>
        <w:t>Prompt 39 · Parent or employer message</w:t>
      </w:r>
    </w:p>
    <w:p>
      <w:r>
        <w:t>Suggested for: Staff · Expect: A warm 120-word message you check first</w:t>
      </w:r>
    </w:p>
    <w:p>
      <w:r>
        <w:t>Draft a short, friendly message to parents or employers explaining [event or change]. Tone: professional and warm. Maximum 120 words.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40 · Meeting actions</w:t>
      </w:r>
    </w:p>
    <w:p>
      <w:r>
        <w:t>Suggested for: Staff · Expect: A bulleted action list with owners</w:t>
      </w:r>
    </w:p>
    <w:p>
      <w:r>
        <w:t>Turn these meeting notes into a bulleted action list with owners and deadlines. Use initials only: [notes with no personal data].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41 · Weekly department update</w:t>
      </w:r>
    </w:p>
    <w:p>
      <w:r>
        <w:t>Suggested for: Middle leaders · Expect: A reusable update template</w:t>
      </w:r>
    </w:p>
    <w:p>
      <w:r>
        <w:t>Write a template for a weekly department update covering what is going well, what needs support and one reminder.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42 · File organisation system</w:t>
      </w:r>
    </w:p>
    <w:p>
      <w:r>
        <w:t>Suggested for: Staff · Expect: A simple tracking system</w:t>
      </w:r>
    </w:p>
    <w:p>
      <w:r>
        <w:t>Suggest a simple system for tracking resource files so I can find them quickly next term.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43 · Email replies</w:t>
      </w:r>
    </w:p>
    <w:p>
      <w:r>
        <w:t>Suggested for: Staff · Expect: Five concise replies you personalise</w:t>
      </w:r>
    </w:p>
    <w:p>
      <w:r>
        <w:t>Draft five concise email replies to common learner questions about [topic or process]. Keep each under 80 words.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44 · Policy summary with checks</w:t>
      </w:r>
    </w:p>
    <w:p>
      <w:r>
        <w:t>Suggested for: Staff · Expect: Ten bullets plus questions for your manager</w:t>
      </w:r>
    </w:p>
    <w:p>
      <w:r>
        <w:t>Summarise this long policy in plain English in 10 bullets, then list three questions I should ask my manager: [policy text].</w:t>
      </w:r>
    </w:p>
    <w:p>
      <w:r>
        <w:t>Check before use: verify facts, level and tone. Never enter identifiable learner data.</w:t>
      </w:r>
    </w:p>
    <w:p>
      <w:pPr>
        <w:pStyle w:val="Heading2"/>
      </w:pPr>
      <w:r>
        <w:t>CPD &amp; leadership</w:t>
      </w:r>
    </w:p>
    <w:p>
      <w:pPr>
        <w:pStyle w:val="Heading3"/>
      </w:pPr>
      <w:r>
        <w:t>Prompt 45 · 45-minute staff CPD session</w:t>
      </w:r>
    </w:p>
    <w:p>
      <w:r>
        <w:t>Suggested for: CPD leads · Expect: A timed session plan with a takeaway task</w:t>
      </w:r>
    </w:p>
    <w:p>
      <w:r>
        <w:t>Suggest a 45-minute staff CPD session on using AI safely for lesson planning, with timings, activities and a takeaway task.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46 · Staff confidence survey</w:t>
      </w:r>
    </w:p>
    <w:p>
      <w:r>
        <w:t>Suggested for: Middle leaders · Expect: An eight-statement 1–4 survey</w:t>
      </w:r>
    </w:p>
    <w:p>
      <w:r>
        <w:t>Create a short AI confidence survey for staff with eight statements and a 1 to 4 scale.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47 · One-page safe-use checklist</w:t>
      </w:r>
    </w:p>
    <w:p>
      <w:r>
        <w:t>Suggested for: Staff · Expect: A plain-English one-pager</w:t>
      </w:r>
    </w:p>
    <w:p>
      <w:r>
        <w:t>Write a one-page AI safe-use checklist for teaching staff using plain English and no jargon.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48 · Five questions before approving a tool</w:t>
      </w:r>
    </w:p>
    <w:p>
      <w:r>
        <w:t>Suggested for: Leaders · Expect: Questions covering data, accessibility, cost and safety</w:t>
      </w:r>
    </w:p>
    <w:p>
      <w:r>
        <w:t>Suggest five questions leaders should ask before approving any new AI tool, covering data, accessibility, cost and learner safety.</w:t>
      </w:r>
    </w:p>
    <w:p>
      <w:r>
        <w:t>Check before use: verify facts, level and tone. Never enter identifiable learner data.</w:t>
      </w:r>
    </w:p>
    <w:p>
      <w:pPr>
        <w:pStyle w:val="Heading2"/>
      </w:pPr>
      <w:r>
        <w:t>Critical thinking &amp; quality checks</w:t>
      </w:r>
    </w:p>
    <w:p>
      <w:pPr>
        <w:pStyle w:val="Heading3"/>
      </w:pPr>
      <w:r>
        <w:t>Prompt 49 · Lesson-plan critique</w:t>
      </w:r>
    </w:p>
    <w:p>
      <w:r>
        <w:t>Suggested for: Any level · Expect: A list of inaccuracies and unstated assumptions</w:t>
      </w:r>
    </w:p>
    <w:p>
      <w:r>
        <w:t>Review the lesson plan I paste below. List anything that looks inaccurate, unclear or unrealistic, and anything that assumes prior knowledge I may not have stated: [plan].</w:t>
      </w:r>
    </w:p>
    <w:p>
      <w:r>
        <w:t>Check before use: verify facts, level and tone. Never enter identifiable learner data.</w:t>
      </w:r>
    </w:p>
    <w:p>
      <w:pPr>
        <w:pStyle w:val="Heading3"/>
      </w:pPr>
      <w:r>
        <w:t>Prompt 50 · Check the assumptions</w:t>
      </w:r>
    </w:p>
    <w:p>
      <w:r>
        <w:t>Suggested for: Any level · Expect: The tool’s own assumptions, flagged for checking</w:t>
      </w:r>
    </w:p>
    <w:p>
      <w:r>
        <w:t>List the assumptions you made in your last answer and tell me which three I should check before using it.</w:t>
      </w:r>
    </w:p>
    <w:p>
      <w:r>
        <w:t>Check before use: verify facts, level and tone. Never enter identifiable learner data.</w:t>
      </w:r>
    </w:p>
    <w:p>
      <w:r>
        <w:rPr>
          <w:color w:val="51616C"/>
          <w:sz w:val="16"/>
        </w:rPr>
        <w:t>7 November 2026 · Back in the Room Education · backintheroomeducation.co.uk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F1F2B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F1F2B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16B72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