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AI Confidence Audit &amp; Digital Skills Self-Assessment</w:t>
      </w:r>
    </w:p>
    <w:p>
      <w:r>
        <w:rPr>
          <w:sz w:val="36"/>
        </w:rPr>
        <w:t>Reflective, voluntary and private. Not a test, qualification or performance measure. Rate 1 = Not yet · 2 = With support · 3 = Mostly confident · 4 = Very confident · N/A.</w:t>
      </w:r>
    </w:p>
    <w:p>
      <w:pPr>
        <w:pStyle w:val="Heading2"/>
      </w:pPr>
      <w:r>
        <w:t>Part A · AI Confidence Audit</w:t>
      </w:r>
    </w:p>
    <w:p>
      <w:pPr>
        <w:pStyle w:val="Heading3"/>
      </w:pPr>
      <w:r>
        <w:t>Understanding AI</w:t>
      </w:r>
    </w:p>
    <w:p>
      <w:r>
        <w:t>I can explain in plain words what generative AI is.</w:t>
      </w:r>
    </w:p>
    <w:p>
      <w:r>
        <w:t xml:space="preserve">   1 ☐    2 ☐    3 ☐    4 ☐    N/A ☐</w:t>
      </w:r>
    </w:p>
    <w:p>
      <w:r>
        <w:t>I know AI can produce confident answers that are wrong.</w:t>
      </w:r>
    </w:p>
    <w:p>
      <w:r>
        <w:t xml:space="preserve">   1 ☐    2 ☐    3 ☐    4 ☐    N/A ☐</w:t>
      </w:r>
    </w:p>
    <w:p>
      <w:r>
        <w:t>I understand that AI tools can reflect bias.</w:t>
      </w:r>
    </w:p>
    <w:p>
      <w:r>
        <w:t xml:space="preserve">   1 ☐    2 ☐    3 ☐    4 ☐    N/A ☐</w:t>
      </w:r>
    </w:p>
    <w:p>
      <w:r>
        <w:t>I know the difference between a general chat tool and a tool my organisation has approved.</w:t>
      </w:r>
    </w:p>
    <w:p>
      <w:r>
        <w:t xml:space="preserve">   1 ☐    2 ☐    3 ☐    4 ☐    N/A ☐</w:t>
      </w:r>
    </w:p>
    <w:p>
      <w:pPr>
        <w:pStyle w:val="Heading3"/>
      </w:pPr>
      <w:r>
        <w:t>Using AI in practice</w:t>
      </w:r>
    </w:p>
    <w:p>
      <w:r>
        <w:t>I can write a clear prompt that includes context, level and format.</w:t>
      </w:r>
    </w:p>
    <w:p>
      <w:r>
        <w:t xml:space="preserve">   1 ☐    2 ☐    3 ☐    4 ☐    N/A ☐</w:t>
      </w:r>
    </w:p>
    <w:p>
      <w:r>
        <w:t>I can improve an AI answer by asking a follow-up.</w:t>
      </w:r>
    </w:p>
    <w:p>
      <w:r>
        <w:t xml:space="preserve">   1 ☐    2 ☐    3 ☐    4 ☐    N/A ☐</w:t>
      </w:r>
    </w:p>
    <w:p>
      <w:r>
        <w:t>I can use AI to draft or adapt a lesson resource.</w:t>
      </w:r>
    </w:p>
    <w:p>
      <w:r>
        <w:t xml:space="preserve">   1 ☐    2 ☐    3 ☐    4 ☐    N/A ☐</w:t>
      </w:r>
    </w:p>
    <w:p>
      <w:r>
        <w:t>I can use AI to simplify or scaffold a text for different learners.</w:t>
      </w:r>
    </w:p>
    <w:p>
      <w:r>
        <w:t xml:space="preserve">   1 ☐    2 ☐    3 ☐    4 ☐    N/A ☐</w:t>
      </w:r>
    </w:p>
    <w:p>
      <w:r>
        <w:t>I can use AI to draft feedback that I then edit.</w:t>
      </w:r>
    </w:p>
    <w:p>
      <w:r>
        <w:t xml:space="preserve">   1 ☐    2 ☐    3 ☐    4 ☐    N/A ☐</w:t>
      </w:r>
    </w:p>
    <w:p>
      <w:pPr>
        <w:pStyle w:val="Heading3"/>
      </w:pPr>
      <w:r>
        <w:t>Checking and judgement</w:t>
      </w:r>
    </w:p>
    <w:p>
      <w:r>
        <w:t>I check AI outputs for accuracy before using them.</w:t>
      </w:r>
    </w:p>
    <w:p>
      <w:r>
        <w:t xml:space="preserve">   1 ☐    2 ☐    3 ☐    4 ☐    N/A ☐</w:t>
      </w:r>
    </w:p>
    <w:p>
      <w:r>
        <w:t>I check outputs for tone, level and bias.</w:t>
      </w:r>
    </w:p>
    <w:p>
      <w:r>
        <w:t xml:space="preserve">   1 ☐    2 ☐    3 ☐    4 ☐    N/A ☐</w:t>
      </w:r>
    </w:p>
    <w:p>
      <w:r>
        <w:t>I make the final decision on anything that affects a learner’s progress.</w:t>
      </w:r>
    </w:p>
    <w:p>
      <w:r>
        <w:t xml:space="preserve">   1 ☐    2 ☐    3 ☐    4 ☐    N/A ☐</w:t>
      </w:r>
    </w:p>
    <w:p>
      <w:pPr>
        <w:pStyle w:val="Heading3"/>
      </w:pPr>
      <w:r>
        <w:t>Safety, ethics and rules</w:t>
      </w:r>
    </w:p>
    <w:p>
      <w:r>
        <w:t>I know what personal information must not be entered into AI tools.</w:t>
      </w:r>
    </w:p>
    <w:p>
      <w:r>
        <w:t xml:space="preserve">   1 ☐    2 ☐    3 ☐    4 ☐    N/A ☐</w:t>
      </w:r>
    </w:p>
    <w:p>
      <w:r>
        <w:t>I know who to ask about data protection and tool approval.</w:t>
      </w:r>
    </w:p>
    <w:p>
      <w:r>
        <w:t xml:space="preserve">   1 ☐    2 ☐    3 ☐    4 ☐    N/A ☐</w:t>
      </w:r>
    </w:p>
    <w:p>
      <w:r>
        <w:t>I know my organisation’s rules on AI use, or where to find them.</w:t>
      </w:r>
    </w:p>
    <w:p>
      <w:r>
        <w:t xml:space="preserve">   1 ☐    2 ☐    3 ☐    4 ☐    N/A ☐</w:t>
      </w:r>
    </w:p>
    <w:p>
      <w:r>
        <w:t>I understand copyright concerns when using AI or uploading other people’s work.</w:t>
      </w:r>
    </w:p>
    <w:p>
      <w:r>
        <w:t xml:space="preserve">   1 ☐    2 ☐    3 ☐    4 ☐    N/A ☐</w:t>
      </w:r>
    </w:p>
    <w:p>
      <w:r>
        <w:t>I know what to do if a learner meets something inappropriate or upsetting through AI.</w:t>
      </w:r>
    </w:p>
    <w:p>
      <w:r>
        <w:t xml:space="preserve">   1 ☐    2 ☐    3 ☐    4 ☐    N/A ☐</w:t>
      </w:r>
    </w:p>
    <w:p>
      <w:pPr>
        <w:pStyle w:val="Heading3"/>
      </w:pPr>
      <w:r>
        <w:t>Learners and assessment</w:t>
      </w:r>
    </w:p>
    <w:p>
      <w:r>
        <w:t>I can explain to learners when AI use is and is not acceptable.</w:t>
      </w:r>
    </w:p>
    <w:p>
      <w:r>
        <w:t xml:space="preserve">   1 ☐    2 ☐    3 ☐    4 ☐    N/A ☐</w:t>
      </w:r>
    </w:p>
    <w:p>
      <w:r>
        <w:t>I can teach learners how to check AI answers.</w:t>
      </w:r>
    </w:p>
    <w:p>
      <w:r>
        <w:t xml:space="preserve">   1 ☐    2 ☐    3 ☐    4 ☐    N/A ☐</w:t>
      </w:r>
    </w:p>
    <w:p>
      <w:r>
        <w:t>I know where to find the awarding body rules on AI in assessment.</w:t>
      </w:r>
    </w:p>
    <w:p>
      <w:r>
        <w:t xml:space="preserve">   1 ☐    2 ☐    3 ☐    4 ☐    N/A ☐</w:t>
      </w:r>
    </w:p>
    <w:p>
      <w:pPr>
        <w:pStyle w:val="Heading2"/>
      </w:pPr>
      <w:r>
        <w:t>Part B · Digital Skills Self-Assessment</w:t>
      </w:r>
    </w:p>
    <w:p>
      <w:pPr>
        <w:pStyle w:val="Heading3"/>
      </w:pPr>
      <w:r>
        <w:t>Everyday digital skills</w:t>
      </w:r>
    </w:p>
    <w:p>
      <w:r>
        <w:t>I can manage files and folders so I can find things quickly.</w:t>
      </w:r>
    </w:p>
    <w:p>
      <w:r>
        <w:t xml:space="preserve">   1 ☐    2 ☐    3 ☐    4 ☐    N/A ☐</w:t>
      </w:r>
    </w:p>
    <w:p>
      <w:r>
        <w:t>I can use email, calendars and online meeting tools.</w:t>
      </w:r>
    </w:p>
    <w:p>
      <w:r>
        <w:t xml:space="preserve">   1 ☐    2 ☐    3 ☐    4 ☐    N/A ☐</w:t>
      </w:r>
    </w:p>
    <w:p>
      <w:r>
        <w:t>I can search the web effectively and judge whether a source is trustworthy.</w:t>
      </w:r>
    </w:p>
    <w:p>
      <w:r>
        <w:t xml:space="preserve">   1 ☐    2 ☐    3 ☐    4 ☐    N/A ☐</w:t>
      </w:r>
    </w:p>
    <w:p>
      <w:r>
        <w:t>I can work with documents, spreadsheets and presentations.</w:t>
      </w:r>
    </w:p>
    <w:p>
      <w:r>
        <w:t xml:space="preserve">   1 ☐    2 ☐    3 ☐    4 ☐    N/A ☐</w:t>
      </w:r>
    </w:p>
    <w:p>
      <w:r>
        <w:t>I can share and collaborate on documents online.</w:t>
      </w:r>
    </w:p>
    <w:p>
      <w:r>
        <w:t xml:space="preserve">   1 ☐    2 ☐    3 ☐    4 ☐    N/A ☐</w:t>
      </w:r>
    </w:p>
    <w:p>
      <w:pPr>
        <w:pStyle w:val="Heading3"/>
      </w:pPr>
      <w:r>
        <w:t>Teaching with technology</w:t>
      </w:r>
    </w:p>
    <w:p>
      <w:r>
        <w:t>I can use my organisation’s learning platform.</w:t>
      </w:r>
    </w:p>
    <w:p>
      <w:r>
        <w:t xml:space="preserve">   1 ☐    2 ☐    3 ☐    4 ☐    N/A ☐</w:t>
      </w:r>
    </w:p>
    <w:p>
      <w:r>
        <w:t>I can create simple digital resources, such as quizzes or short videos.</w:t>
      </w:r>
    </w:p>
    <w:p>
      <w:r>
        <w:t xml:space="preserve">   1 ☐    2 ☐    3 ☐    4 ☐    N/A ☐</w:t>
      </w:r>
    </w:p>
    <w:p>
      <w:r>
        <w:t>I can use polling, quizzes or other tools to check understanding.</w:t>
      </w:r>
    </w:p>
    <w:p>
      <w:r>
        <w:t xml:space="preserve">   1 ☐    2 ☐    3 ☐    4 ☐    N/A ☐</w:t>
      </w:r>
    </w:p>
    <w:p>
      <w:r>
        <w:t>I can adapt a lesson if the technology fails.</w:t>
      </w:r>
    </w:p>
    <w:p>
      <w:r>
        <w:t xml:space="preserve">   1 ☐    2 ☐    3 ☐    4 ☐    N/A ☐</w:t>
      </w:r>
    </w:p>
    <w:p>
      <w:r>
        <w:t>I can help learners who struggle with technology.</w:t>
      </w:r>
    </w:p>
    <w:p>
      <w:r>
        <w:t xml:space="preserve">   1 ☐    2 ☐    3 ☐    4 ☐    N/A ☐</w:t>
      </w:r>
    </w:p>
    <w:p>
      <w:pPr>
        <w:pStyle w:val="Heading3"/>
      </w:pPr>
      <w:r>
        <w:t>Accessibility and inclusion</w:t>
      </w:r>
    </w:p>
    <w:p>
      <w:r>
        <w:t>I can create accessible documents with real headings and clear structure.</w:t>
      </w:r>
    </w:p>
    <w:p>
      <w:r>
        <w:t xml:space="preserve">   1 ☐    2 ☐    3 ☐    4 ☐    N/A ☐</w:t>
      </w:r>
    </w:p>
    <w:p>
      <w:r>
        <w:t>I can add alt text to images and check colour contrast.</w:t>
      </w:r>
    </w:p>
    <w:p>
      <w:r>
        <w:t xml:space="preserve">   1 ☐    2 ☐    3 ☐    4 ☐    N/A ☐</w:t>
      </w:r>
    </w:p>
    <w:p>
      <w:r>
        <w:t>I can use text-to-speech or speech-to-text tools and show learners how.</w:t>
      </w:r>
    </w:p>
    <w:p>
      <w:r>
        <w:t xml:space="preserve">   1 ☐    2 ☐    3 ☐    4 ☐    N/A ☐</w:t>
      </w:r>
    </w:p>
    <w:p>
      <w:r>
        <w:t>I know several tools or strategies for different barriers to learning, and I do not assume one tool fits all.</w:t>
      </w:r>
    </w:p>
    <w:p>
      <w:r>
        <w:t xml:space="preserve">   1 ☐    2 ☐    3 ☐    4 ☐    N/A ☐</w:t>
      </w:r>
    </w:p>
    <w:p>
      <w:pPr>
        <w:pStyle w:val="Heading3"/>
      </w:pPr>
      <w:r>
        <w:t>Safety and online behaviour</w:t>
      </w:r>
    </w:p>
    <w:p>
      <w:r>
        <w:t>I can spot phishing emails and suspicious links.</w:t>
      </w:r>
    </w:p>
    <w:p>
      <w:r>
        <w:t xml:space="preserve">   1 ☐    2 ☐    3 ☐    4 ☐    N/A ☐</w:t>
      </w:r>
    </w:p>
    <w:p>
      <w:r>
        <w:t>I use strong, separate passwords and know how to use two-step verification.</w:t>
      </w:r>
    </w:p>
    <w:p>
      <w:r>
        <w:t xml:space="preserve">   1 ☐    2 ☐    3 ☐    4 ☐    N/A ☐</w:t>
      </w:r>
    </w:p>
    <w:p>
      <w:r>
        <w:t>I know how to protect learners’ privacy and my own online.</w:t>
      </w:r>
    </w:p>
    <w:p>
      <w:r>
        <w:t xml:space="preserve">   1 ☐    2 ☐    3 ☐    4 ☐    N/A ☐</w:t>
      </w:r>
    </w:p>
    <w:p>
      <w:r>
        <w:t>I can teach learners about respectful online behaviour and what to do if they meet harm online.</w:t>
      </w:r>
    </w:p>
    <w:p>
      <w:r>
        <w:t xml:space="preserve">   1 ☐    2 ☐    3 ☐    4 ☐    N/A ☐</w:t>
      </w:r>
    </w:p>
    <w:p>
      <w:pPr>
        <w:pStyle w:val="Heading3"/>
      </w:pPr>
      <w:r>
        <w:t>Employability and emerging technology</w:t>
      </w:r>
    </w:p>
    <w:p>
      <w:r>
        <w:t>I can help learners build digital skills that employers look for, such as communication, collaboration and basic data skills.</w:t>
      </w:r>
    </w:p>
    <w:p>
      <w:r>
        <w:t xml:space="preserve">   1 ☐    2 ☐    3 ☐    4 ☐    N/A ☐</w:t>
      </w:r>
    </w:p>
    <w:p>
      <w:r>
        <w:t>I feel able to try new technology without panic and I know where to find help.</w:t>
      </w:r>
    </w:p>
    <w:p>
      <w:r>
        <w:t xml:space="preserve">   1 ☐    2 ☐    3 ☐    4 ☐    N/A ☐</w:t>
      </w:r>
    </w:p>
    <w:p>
      <w:pPr>
        <w:pStyle w:val="Heading2"/>
      </w:pPr>
      <w:r>
        <w:t>Your reflection</w:t>
      </w:r>
    </w:p>
    <w:p>
      <w:r>
        <w:t>Two strongest areas: ______________________________  Two priority areas: ______________________________</w:t>
      </w:r>
    </w:p>
    <w:p>
      <w:r>
        <w:t>One small thing to try this month: ______________________________</w:t>
      </w:r>
    </w:p>
    <w:p>
      <w:r>
        <w:t>Who can help: ______________________________  One thing to share: ______________________________</w:t>
      </w:r>
    </w:p>
    <w:p>
      <w:r>
        <w:t>Date to repeat: ____________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3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4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