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“What Helps Me?” — Learner Voice Form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Listen first. Options second. The learner decides what works.</w:t>
      </w:r>
    </w:p>
    <w:p/>
    <w:p>
      <w:pPr>
        <w:pStyle w:val="Heading2"/>
      </w:pPr>
      <w:r>
        <w:t>What helps me?</w:t>
      </w:r>
    </w:p>
    <w:p>
      <w:r>
        <w:t>A learner voice form. The learner is the expert on their own experience — offer, don’t impose, and keep the conversation private.</w:t>
      </w:r>
    </w:p>
    <w:p>
      <w:r>
        <w:t>What I find hard in lessons is…</w:t>
      </w:r>
    </w:p>
    <w:p>
      <w:r>
        <w:t>____________________________________________________________</w:t>
      </w:r>
    </w:p>
    <w:p>
      <w:r>
        <w:t>____________________________________________________________</w:t>
      </w:r>
    </w:p>
    <w:p>
      <w:r>
        <w:t>____________________________________________________________</w:t>
      </w:r>
    </w:p>
    <w:p/>
    <w:p>
      <w:r>
        <w:t>What helps me most is…</w:t>
      </w:r>
    </w:p>
    <w:p>
      <w:r>
        <w:t>____________________________________________________________</w:t>
      </w:r>
    </w:p>
    <w:p>
      <w:r>
        <w:t>____________________________________________________________</w:t>
      </w:r>
    </w:p>
    <w:p>
      <w:r>
        <w:t>____________________________________________________________</w:t>
      </w:r>
    </w:p>
    <w:p/>
    <w:p>
      <w:r>
        <w:t>What I’ve tried that didn’t help is…</w:t>
      </w:r>
    </w:p>
    <w:p>
      <w:r>
        <w:t>____________________________________________________________</w:t>
      </w:r>
    </w:p>
    <w:p>
      <w:r>
        <w:t>____________________________________________________________</w:t>
      </w:r>
    </w:p>
    <w:p>
      <w:r>
        <w:t>____________________________________________________________</w:t>
      </w:r>
    </w:p>
    <w:p/>
    <w:p>
      <w:r>
        <w:t>Technology I like using (and what I don’t)…</w:t>
      </w:r>
    </w:p>
    <w:p>
      <w:r>
        <w:t>____________________________________________________________</w:t>
      </w:r>
    </w:p>
    <w:p>
      <w:r>
        <w:t>____________________________________________________________</w:t>
      </w:r>
    </w:p>
    <w:p>
      <w:r>
        <w:t>____________________________________________________________</w:t>
      </w:r>
    </w:p>
    <w:p/>
    <w:p>
      <w:r>
        <w:t>What I want my teacher to know about how I learn…</w:t>
      </w:r>
    </w:p>
    <w:p>
      <w:r>
        <w:t>____________________________________________________________</w:t>
      </w:r>
    </w:p>
    <w:p>
      <w:r>
        <w:t>____________________________________________________________</w:t>
      </w:r>
    </w:p>
    <w:p>
      <w:r>
        <w:t>____________________________________________________________</w:t>
      </w:r>
    </w:p>
    <w:p/>
    <w:p>
      <w:r>
        <w:t>One thing that would make the biggest difference…</w:t>
      </w:r>
    </w:p>
    <w:p>
      <w:r>
        <w:t>____________________________________________________________</w:t>
      </w:r>
    </w:p>
    <w:p>
      <w:r>
        <w:t>____________________________________________________________</w:t>
      </w:r>
    </w:p>
    <w:p>
      <w:r>
        <w:t>____________________________________________________________</w:t>
      </w:r>
    </w:p>
    <w:p/>
    <w:p>
      <w:r>
        <w:t>Learner (first name only or anonymous): ____________  Support discussed with: ____________  Date: ____________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