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One-Page Lesson-Plan Table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A simple planning table that pairs with the lesson-planning templates.</w:t>
      </w:r>
    </w:p>
    <w:p/>
    <w:p>
      <w:pPr>
        <w:pStyle w:val="Heading2"/>
      </w:pPr>
      <w:r>
        <w:t>One-page lesson plan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>
              <w:t>Subject / group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Level &amp; date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Learning outcome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Prior knowledge needed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Barriers to plan for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Starter (minutes)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Teacher input (minutes)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Practical task (minutes)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Plenary (minutes)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Support version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Stretch version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Resources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Assessment check</w:t>
            </w:r>
          </w:p>
        </w:tc>
        <w:tc>
          <w:tcPr>
            <w:tcW w:type="dxa" w:w="4873"/>
          </w:tcPr>
          <w:p/>
        </w:tc>
      </w:tr>
      <w:tr>
        <w:tc>
          <w:tcPr>
            <w:tcW w:type="dxa" w:w="4873"/>
          </w:tcPr>
          <w:p>
            <w:r>
              <w:t>Notes / assumptions to verify</w:t>
            </w:r>
          </w:p>
        </w:tc>
        <w:tc>
          <w:tcPr>
            <w:tcW w:type="dxa" w:w="4873"/>
          </w:tcPr>
          <w:p/>
        </w:tc>
      </w:tr>
    </w:tbl>
    <w:p/>
    <w:p>
      <w:r>
        <w:t>Tip: fill this in first, then ask an approved AI tool to critique it — timing realism, sticking points, clarity, and what to trim.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