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Editable Prompt-Builder Worksheet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Build your own prompts with the six-part recipe: role, task, context, constraints, format, check.</w:t>
      </w:r>
    </w:p>
    <w:p/>
    <w:p>
      <w:pPr>
        <w:pStyle w:val="Heading2"/>
      </w:pPr>
      <w:r>
        <w:t>The six-part recipe</w:t>
      </w:r>
    </w:p>
    <w:p>
      <w:pPr>
        <w:pStyle w:val="Heading3"/>
      </w:pPr>
      <w:r>
        <w:t>Role</w:t>
      </w:r>
    </w:p>
    <w:p>
      <w:r>
        <w:t>Who should the AI act as? (‘Act as an experienced [subject] teacher…’)</w:t>
      </w:r>
    </w:p>
    <w:p>
      <w:pPr>
        <w:pStyle w:val="Heading3"/>
      </w:pPr>
      <w:r>
        <w:t>Task</w:t>
      </w:r>
    </w:p>
    <w:p>
      <w:r>
        <w:t>What exactly do you want? One task per prompt works best.</w:t>
      </w:r>
    </w:p>
    <w:p>
      <w:pPr>
        <w:pStyle w:val="Heading3"/>
      </w:pPr>
      <w:r>
        <w:t>Context</w:t>
      </w:r>
    </w:p>
    <w:p>
      <w:r>
        <w:t>Level, age, prior knowledge, typical barriers, group size.</w:t>
      </w:r>
    </w:p>
    <w:p>
      <w:pPr>
        <w:pStyle w:val="Heading3"/>
      </w:pPr>
      <w:r>
        <w:t>Constraints</w:t>
      </w:r>
    </w:p>
    <w:p>
      <w:r>
        <w:t>What to keep, avoid, include or exclude — e.g. ‘keep subject vocabulary’.</w:t>
      </w:r>
    </w:p>
    <w:p>
      <w:pPr>
        <w:pStyle w:val="Heading3"/>
      </w:pPr>
      <w:r>
        <w:t>Format</w:t>
      </w:r>
    </w:p>
    <w:p>
      <w:r>
        <w:t>Table, numbered steps, bullets, word limit, ‘I can’ statements…</w:t>
      </w:r>
    </w:p>
    <w:p>
      <w:pPr>
        <w:pStyle w:val="Heading3"/>
      </w:pPr>
      <w:r>
        <w:t>Check</w:t>
      </w:r>
    </w:p>
    <w:p>
      <w:r>
        <w:t>Ask the tool to flag assumptions, or list what you should verify.</w:t>
      </w:r>
    </w:p>
    <w:p>
      <w:pPr>
        <w:pStyle w:val="Heading2"/>
      </w:pPr>
      <w:r>
        <w:t>Build your own</w:t>
      </w:r>
    </w:p>
    <w:p>
      <w:r>
        <w:t>Role:</w:t>
      </w:r>
    </w:p>
    <w:p>
      <w:r>
        <w:t>____________________________________________________________</w:t>
      </w:r>
    </w:p>
    <w:p/>
    <w:p>
      <w:r>
        <w:t>Task:</w:t>
      </w:r>
    </w:p>
    <w:p>
      <w:r>
        <w:t>____________________________________________________________</w:t>
      </w:r>
    </w:p>
    <w:p/>
    <w:p>
      <w:r>
        <w:t>Context:</w:t>
      </w:r>
    </w:p>
    <w:p>
      <w:r>
        <w:t>____________________________________________________________</w:t>
      </w:r>
    </w:p>
    <w:p/>
    <w:p>
      <w:r>
        <w:t>Constraints:</w:t>
      </w:r>
    </w:p>
    <w:p>
      <w:r>
        <w:t>____________________________________________________________</w:t>
      </w:r>
    </w:p>
    <w:p/>
    <w:p>
      <w:r>
        <w:t>Format:</w:t>
      </w:r>
    </w:p>
    <w:p>
      <w:r>
        <w:t>____________________________________________________________</w:t>
      </w:r>
    </w:p>
    <w:p/>
    <w:p>
      <w:r>
        <w:t>Check:</w:t>
      </w:r>
    </w:p>
    <w:p>
      <w:r>
        <w:t>____________________________________________________________</w:t>
      </w:r>
    </w:p>
    <w:p/>
    <w:p>
      <w:pPr>
        <w:pStyle w:val="Heading2"/>
      </w:pPr>
      <w:r>
        <w:t>Test it</w:t>
      </w:r>
    </w:p>
    <w:p>
      <w:r>
        <w:t>Paste your finished prompt below, run it, then note: What was useful? What was wrong? What will you change next time?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