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Staff AI Confidence Survey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Twenty statements, 1–4 scale, anonymous by default.</w:t>
      </w:r>
    </w:p>
    <w:p/>
    <w:p>
      <w:pPr>
        <w:pStyle w:val="Heading2"/>
      </w:pPr>
      <w:r>
        <w:t>Staff AI confidence survey</w:t>
      </w:r>
    </w:p>
    <w:p>
      <w:r>
        <w:t>Anonymous by default. Use for stage 1 (audit) and stage 6 (review). Statements mirror the Hub’s AI Confidence Audit — the interactive version lives on the Confidence &amp; Skills Audits page.</w:t>
      </w:r>
    </w:p>
    <w:p>
      <w:r>
        <w:t>Rate 1 = Not yet · 2 = With support · 3 = Mostly confident · 4 = Very confident · N/A</w:t>
      </w:r>
    </w:p>
    <w:p/>
    <w:p>
      <w:r>
        <w:t>1. I can explain in plain words what generative AI is.</w:t>
      </w:r>
    </w:p>
    <w:p>
      <w:r>
        <w:t xml:space="preserve">   1 ☐   2 ☐   3 ☐   4 ☐   N/A ☐</w:t>
      </w:r>
    </w:p>
    <w:p>
      <w:r>
        <w:t>2. I know AI can produce confident answers that are wrong.</w:t>
      </w:r>
    </w:p>
    <w:p>
      <w:r>
        <w:t xml:space="preserve">   1 ☐   2 ☐   3 ☐   4 ☐   N/A ☐</w:t>
      </w:r>
    </w:p>
    <w:p>
      <w:r>
        <w:t>3. I understand that AI tools can reflect bias.</w:t>
      </w:r>
    </w:p>
    <w:p>
      <w:r>
        <w:t xml:space="preserve">   1 ☐   2 ☐   3 ☐   4 ☐   N/A ☐</w:t>
      </w:r>
    </w:p>
    <w:p>
      <w:r>
        <w:t>4. I know the difference between a general chat tool and a tool my organisation has approved.</w:t>
      </w:r>
    </w:p>
    <w:p>
      <w:r>
        <w:t xml:space="preserve">   1 ☐   2 ☐   3 ☐   4 ☐   N/A ☐</w:t>
      </w:r>
    </w:p>
    <w:p>
      <w:r>
        <w:t>5. I can write a clear prompt that includes context, level and format.</w:t>
      </w:r>
    </w:p>
    <w:p>
      <w:r>
        <w:t xml:space="preserve">   1 ☐   2 ☐   3 ☐   4 ☐   N/A ☐</w:t>
      </w:r>
    </w:p>
    <w:p>
      <w:r>
        <w:t>6. I can improve an AI answer by asking a follow-up.</w:t>
      </w:r>
    </w:p>
    <w:p>
      <w:r>
        <w:t xml:space="preserve">   1 ☐   2 ☐   3 ☐   4 ☐   N/A ☐</w:t>
      </w:r>
    </w:p>
    <w:p>
      <w:r>
        <w:t>7. I can use AI to draft or adapt a lesson resource.</w:t>
      </w:r>
    </w:p>
    <w:p>
      <w:r>
        <w:t xml:space="preserve">   1 ☐   2 ☐   3 ☐   4 ☐   N/A ☐</w:t>
      </w:r>
    </w:p>
    <w:p>
      <w:r>
        <w:t>8. I can use AI to simplify or scaffold a text for different learners.</w:t>
      </w:r>
    </w:p>
    <w:p>
      <w:r>
        <w:t xml:space="preserve">   1 ☐   2 ☐   3 ☐   4 ☐   N/A ☐</w:t>
      </w:r>
    </w:p>
    <w:p>
      <w:r>
        <w:t>9. I can use AI to draft feedback that I then edit.</w:t>
      </w:r>
    </w:p>
    <w:p>
      <w:r>
        <w:t xml:space="preserve">   1 ☐   2 ☐   3 ☐   4 ☐   N/A ☐</w:t>
      </w:r>
    </w:p>
    <w:p>
      <w:r>
        <w:t>10. I check AI outputs for accuracy before using them.</w:t>
      </w:r>
    </w:p>
    <w:p>
      <w:r>
        <w:t xml:space="preserve">   1 ☐   2 ☐   3 ☐   4 ☐   N/A ☐</w:t>
      </w:r>
    </w:p>
    <w:p>
      <w:r>
        <w:t>11. I check outputs for tone, level and bias.</w:t>
      </w:r>
    </w:p>
    <w:p>
      <w:r>
        <w:t xml:space="preserve">   1 ☐   2 ☐   3 ☐   4 ☐   N/A ☐</w:t>
      </w:r>
    </w:p>
    <w:p>
      <w:r>
        <w:t>12. I make the final decision on anything that affects a learner’s progress.</w:t>
      </w:r>
    </w:p>
    <w:p>
      <w:r>
        <w:t xml:space="preserve">   1 ☐   2 ☐   3 ☐   4 ☐   N/A ☐</w:t>
      </w:r>
    </w:p>
    <w:p>
      <w:r>
        <w:t>13. I know what personal information must not be entered into AI tools.</w:t>
      </w:r>
    </w:p>
    <w:p>
      <w:r>
        <w:t xml:space="preserve">   1 ☐   2 ☐   3 ☐   4 ☐   N/A ☐</w:t>
      </w:r>
    </w:p>
    <w:p>
      <w:r>
        <w:t>14. I know who to ask about data protection and tool approval.</w:t>
      </w:r>
    </w:p>
    <w:p>
      <w:r>
        <w:t xml:space="preserve">   1 ☐   2 ☐   3 ☐   4 ☐   N/A ☐</w:t>
      </w:r>
    </w:p>
    <w:p>
      <w:r>
        <w:t>15. I know my organisation’s rules on AI use, or where to find them.</w:t>
      </w:r>
    </w:p>
    <w:p>
      <w:r>
        <w:t xml:space="preserve">   1 ☐   2 ☐   3 ☐   4 ☐   N/A ☐</w:t>
      </w:r>
    </w:p>
    <w:p>
      <w:r>
        <w:t>16. I understand copyright concerns when using AI or uploading other people’s work.</w:t>
      </w:r>
    </w:p>
    <w:p>
      <w:r>
        <w:t xml:space="preserve">   1 ☐   2 ☐   3 ☐   4 ☐   N/A ☐</w:t>
      </w:r>
    </w:p>
    <w:p>
      <w:r>
        <w:t>17. I know what to do if a learner meets something inappropriate or upsetting through AI.</w:t>
      </w:r>
    </w:p>
    <w:p>
      <w:r>
        <w:t xml:space="preserve">   1 ☐   2 ☐   3 ☐   4 ☐   N/A ☐</w:t>
      </w:r>
    </w:p>
    <w:p>
      <w:r>
        <w:t>18. I can explain to learners when AI use is and is not acceptable.</w:t>
      </w:r>
    </w:p>
    <w:p>
      <w:r>
        <w:t xml:space="preserve">   1 ☐   2 ☐   3 ☐   4 ☐   N/A ☐</w:t>
      </w:r>
    </w:p>
    <w:p>
      <w:r>
        <w:t>19. I can teach learners how to check AI answers.</w:t>
      </w:r>
    </w:p>
    <w:p>
      <w:r>
        <w:t xml:space="preserve">   1 ☐   2 ☐   3 ☐   4 ☐   N/A ☐</w:t>
      </w:r>
    </w:p>
    <w:p>
      <w:r>
        <w:t>20. I know where to find the awarding body rules on AI in assessment.</w:t>
      </w:r>
    </w:p>
    <w:p>
      <w:r>
        <w:t xml:space="preserve">   1 ☐   2 ☐   3 ☐   4 ☐   N/A ☐</w:t>
      </w:r>
    </w:p>
    <w:p/>
    <w:p>
      <w:r>
        <w:t>Optional free text: What support would help you most? ______________________________</w:t>
      </w:r>
    </w:p>
    <w:p>
      <w:r>
        <w:t>Collected by: ____________  Date: ____________  Results stored: ____________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